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91558" w14:textId="77777777" w:rsidR="0029162C" w:rsidRDefault="00000000">
      <w:pPr>
        <w:jc w:val="center"/>
      </w:pPr>
      <w:r>
        <w:rPr>
          <w:b/>
          <w:sz w:val="28"/>
        </w:rPr>
        <w:t>Student Self-Assessment Form – Assessment as Learning</w:t>
      </w:r>
    </w:p>
    <w:p w14:paraId="32AEBB34" w14:textId="77777777" w:rsidR="0029162C" w:rsidRDefault="00000000">
      <w:r>
        <w:rPr>
          <w:b/>
        </w:rPr>
        <w:t>Student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7"/>
        <w:gridCol w:w="2158"/>
        <w:gridCol w:w="2157"/>
      </w:tblGrid>
      <w:tr w:rsidR="0029162C" w14:paraId="2DEC36C9" w14:textId="77777777">
        <w:tc>
          <w:tcPr>
            <w:tcW w:w="2160" w:type="dxa"/>
          </w:tcPr>
          <w:p w14:paraId="74507F1F" w14:textId="69EC9EBD" w:rsidR="0029162C" w:rsidRDefault="000844E0">
            <w:r>
              <w:t xml:space="preserve">First </w:t>
            </w:r>
            <w:r w:rsidR="00000000">
              <w:t>Name:</w:t>
            </w:r>
          </w:p>
        </w:tc>
        <w:tc>
          <w:tcPr>
            <w:tcW w:w="2160" w:type="dxa"/>
          </w:tcPr>
          <w:p w14:paraId="4F29C22B" w14:textId="77777777" w:rsidR="0029162C" w:rsidRDefault="0029162C"/>
        </w:tc>
        <w:tc>
          <w:tcPr>
            <w:tcW w:w="2160" w:type="dxa"/>
          </w:tcPr>
          <w:p w14:paraId="100AD9D8" w14:textId="78552946" w:rsidR="0029162C" w:rsidRDefault="000844E0">
            <w:r>
              <w:t>Last Name</w:t>
            </w:r>
            <w:r w:rsidR="00000000">
              <w:t>:</w:t>
            </w:r>
          </w:p>
        </w:tc>
        <w:tc>
          <w:tcPr>
            <w:tcW w:w="2160" w:type="dxa"/>
          </w:tcPr>
          <w:p w14:paraId="0B53EE5E" w14:textId="77777777" w:rsidR="0029162C" w:rsidRDefault="0029162C"/>
        </w:tc>
      </w:tr>
      <w:tr w:rsidR="0029162C" w14:paraId="5F69852B" w14:textId="77777777">
        <w:tc>
          <w:tcPr>
            <w:tcW w:w="2160" w:type="dxa"/>
          </w:tcPr>
          <w:p w14:paraId="59FE7E0E" w14:textId="6FCECA29" w:rsidR="0029162C" w:rsidRDefault="000844E0">
            <w:r>
              <w:t>Course Code:</w:t>
            </w:r>
          </w:p>
        </w:tc>
        <w:tc>
          <w:tcPr>
            <w:tcW w:w="2160" w:type="dxa"/>
          </w:tcPr>
          <w:p w14:paraId="1336D267" w14:textId="77777777" w:rsidR="0029162C" w:rsidRDefault="0029162C"/>
        </w:tc>
        <w:tc>
          <w:tcPr>
            <w:tcW w:w="2160" w:type="dxa"/>
          </w:tcPr>
          <w:p w14:paraId="393281CD" w14:textId="77777777" w:rsidR="0029162C" w:rsidRDefault="00000000">
            <w:r>
              <w:t>Date:</w:t>
            </w:r>
          </w:p>
        </w:tc>
        <w:tc>
          <w:tcPr>
            <w:tcW w:w="2160" w:type="dxa"/>
          </w:tcPr>
          <w:p w14:paraId="61AA5AC8" w14:textId="77777777" w:rsidR="0029162C" w:rsidRDefault="0029162C"/>
        </w:tc>
      </w:tr>
    </w:tbl>
    <w:p w14:paraId="6E26ACA4" w14:textId="77777777" w:rsidR="0029162C" w:rsidRDefault="0029162C"/>
    <w:p w14:paraId="5CBA109A" w14:textId="77777777" w:rsidR="0029162C" w:rsidRDefault="00000000">
      <w:r>
        <w:rPr>
          <w:b/>
        </w:rPr>
        <w:t>Learning Goal for this Lesson / Unit</w:t>
      </w:r>
    </w:p>
    <w:p w14:paraId="691BDC0E" w14:textId="77777777" w:rsidR="0029162C" w:rsidRDefault="00000000">
      <w:r>
        <w:t>(What skill or concept were you learning?)</w:t>
      </w:r>
    </w:p>
    <w:p w14:paraId="6CD5E571" w14:textId="77777777" w:rsidR="0029162C" w:rsidRDefault="00000000">
      <w:r>
        <w:t>__________________________________________________________________________</w:t>
      </w:r>
    </w:p>
    <w:p w14:paraId="64D01084" w14:textId="77777777" w:rsidR="0029162C" w:rsidRDefault="00000000">
      <w:r>
        <w:t>__________________________________________________________________________</w:t>
      </w:r>
    </w:p>
    <w:p w14:paraId="04CCDFBF" w14:textId="77777777" w:rsidR="0029162C" w:rsidRDefault="00000000">
      <w:r>
        <w:rPr>
          <w:b/>
        </w:rPr>
        <w:t>Success Criteria</w:t>
      </w:r>
    </w:p>
    <w:p w14:paraId="42B0442E" w14:textId="77777777" w:rsidR="0029162C" w:rsidRDefault="00000000">
      <w:r>
        <w:t>(Check or highlight the statements that describe your learning today.)</w:t>
      </w:r>
    </w:p>
    <w:p w14:paraId="7F346F79" w14:textId="77777777" w:rsidR="0029162C" w:rsidRDefault="00000000">
      <w:r>
        <w:t>☐ Explain today’s concept or process in my own words.</w:t>
      </w:r>
    </w:p>
    <w:p w14:paraId="19A58233" w14:textId="77777777" w:rsidR="0029162C" w:rsidRDefault="00000000">
      <w:r>
        <w:t>☐ Identify what I did well in my work or participation.</w:t>
      </w:r>
    </w:p>
    <w:p w14:paraId="7D80A123" w14:textId="77777777" w:rsidR="0029162C" w:rsidRDefault="00000000">
      <w:r>
        <w:t>☐ Describe one thing I found challenging.</w:t>
      </w:r>
    </w:p>
    <w:p w14:paraId="4AB2A7E9" w14:textId="77777777" w:rsidR="0029162C" w:rsidRDefault="00000000">
      <w:r>
        <w:t>☐ Use the feedback I received to improve my work.</w:t>
      </w:r>
    </w:p>
    <w:p w14:paraId="42E07A93" w14:textId="77777777" w:rsidR="0029162C" w:rsidRDefault="00000000">
      <w:r>
        <w:t>☐ Ask questions or seek help when I don’t understand.</w:t>
      </w:r>
    </w:p>
    <w:p w14:paraId="38CB2694" w14:textId="77777777" w:rsidR="0029162C" w:rsidRDefault="00000000">
      <w:r>
        <w:t>☐ Give constructive feedback to a peer.</w:t>
      </w:r>
    </w:p>
    <w:p w14:paraId="6493D90D" w14:textId="77777777" w:rsidR="0029162C" w:rsidRDefault="00000000">
      <w:r>
        <w:t>☐ Reflect on my progress toward the learning goal.</w:t>
      </w:r>
    </w:p>
    <w:p w14:paraId="16FAA709" w14:textId="77777777" w:rsidR="0029162C" w:rsidRDefault="00000000">
      <w:r>
        <w:t>☐ Set a next step to improve my learning.</w:t>
      </w:r>
    </w:p>
    <w:p w14:paraId="28E6B98C" w14:textId="77777777" w:rsidR="0029162C" w:rsidRDefault="0029162C"/>
    <w:p w14:paraId="3668E8F5" w14:textId="77777777" w:rsidR="0029162C" w:rsidRDefault="00000000">
      <w:r>
        <w:rPr>
          <w:b/>
        </w:rPr>
        <w:t>Self-Reflection</w:t>
      </w:r>
    </w:p>
    <w:p w14:paraId="71BDC236" w14:textId="77777777" w:rsidR="0029162C" w:rsidRDefault="00000000">
      <w:r>
        <w:t>(Answer briefly and honestly — this helps you track your growth.)</w:t>
      </w:r>
    </w:p>
    <w:p w14:paraId="17D08F33" w14:textId="77777777" w:rsidR="0029162C" w:rsidRDefault="00000000">
      <w:r>
        <w:t>1. Something I learned or improved today:</w:t>
      </w:r>
    </w:p>
    <w:p w14:paraId="37125B7D" w14:textId="77777777" w:rsidR="0029162C" w:rsidRDefault="00000000">
      <w:r>
        <w:t>____________________________________________________________</w:t>
      </w:r>
    </w:p>
    <w:p w14:paraId="564C9A95" w14:textId="77777777" w:rsidR="0029162C" w:rsidRDefault="00000000">
      <w:r>
        <w:t>2. Something I found difficult or need help with:</w:t>
      </w:r>
    </w:p>
    <w:p w14:paraId="53D32D9B" w14:textId="77777777" w:rsidR="0029162C" w:rsidRDefault="00000000">
      <w:r>
        <w:t>____________________________________________________________</w:t>
      </w:r>
    </w:p>
    <w:p w14:paraId="6789673A" w14:textId="77777777" w:rsidR="0029162C" w:rsidRDefault="00000000">
      <w:r>
        <w:lastRenderedPageBreak/>
        <w:t>3. What strategies helped me learn best?</w:t>
      </w:r>
    </w:p>
    <w:p w14:paraId="1D4A06B2" w14:textId="77777777" w:rsidR="0029162C" w:rsidRDefault="00000000">
      <w:r>
        <w:t>☐ Watching video   ☐ Practice exercises   ☐ Discussion   ☐ Feedback   ☐ Other ___________</w:t>
      </w:r>
    </w:p>
    <w:p w14:paraId="3BEFA059" w14:textId="77777777" w:rsidR="0029162C" w:rsidRDefault="00000000">
      <w:r>
        <w:t>4. My next learning goal (“I will…”):</w:t>
      </w:r>
    </w:p>
    <w:p w14:paraId="72E74D52" w14:textId="77777777" w:rsidR="0029162C" w:rsidRDefault="00000000">
      <w:r>
        <w:t>____________________________________________________________</w:t>
      </w:r>
    </w:p>
    <w:p w14:paraId="2E8E3E92" w14:textId="77777777" w:rsidR="0029162C" w:rsidRDefault="00000000">
      <w:r>
        <w:t>5. My confidence level after this lesson:</w:t>
      </w:r>
    </w:p>
    <w:p w14:paraId="22034394" w14:textId="77777777" w:rsidR="0029162C" w:rsidRDefault="00000000">
      <w:r>
        <w:t>☐ Strong   ☐ Developing   ☐ Needs Improvement</w:t>
      </w:r>
    </w:p>
    <w:p w14:paraId="724444C0" w14:textId="77777777" w:rsidR="0029162C" w:rsidRDefault="0029162C"/>
    <w:p w14:paraId="400E7E99" w14:textId="77777777" w:rsidR="0029162C" w:rsidRDefault="00000000">
      <w:r>
        <w:rPr>
          <w:b/>
        </w:rPr>
        <w:t>Teacher Feedback (optional)</w:t>
      </w:r>
    </w:p>
    <w:p w14:paraId="071B8F5F" w14:textId="3592AB60" w:rsidR="0029162C" w:rsidRDefault="00000000">
      <w:r>
        <w:t xml:space="preserve">(To be completed by </w:t>
      </w:r>
      <w:r w:rsidR="000844E0">
        <w:t xml:space="preserve">the </w:t>
      </w:r>
      <w:r>
        <w:t>teacher after reviewing the student’s reflection.)</w:t>
      </w:r>
    </w:p>
    <w:p w14:paraId="4757F68B" w14:textId="77777777" w:rsidR="0029162C" w:rsidRDefault="00000000">
      <w:r>
        <w:t>__________________________________________________________________________</w:t>
      </w:r>
    </w:p>
    <w:p w14:paraId="149A13D5" w14:textId="77777777" w:rsidR="0029162C" w:rsidRDefault="00000000">
      <w:r>
        <w:t>__________________________________________________________________________</w:t>
      </w:r>
    </w:p>
    <w:p w14:paraId="75F783FA" w14:textId="77777777" w:rsidR="0029162C" w:rsidRDefault="0029162C"/>
    <w:p w14:paraId="338F1777" w14:textId="77777777" w:rsidR="0029162C" w:rsidRDefault="00000000">
      <w:r>
        <w:rPr>
          <w:b/>
        </w:rPr>
        <w:t>Instructions for Teachers</w:t>
      </w:r>
    </w:p>
    <w:p w14:paraId="1383FDA2" w14:textId="6CB8429C" w:rsidR="0029162C" w:rsidRDefault="00000000">
      <w:r>
        <w:t xml:space="preserve">• Students complete this form after </w:t>
      </w:r>
      <w:r w:rsidR="000844E0">
        <w:t>the unit</w:t>
      </w:r>
      <w:r>
        <w:t>.</w:t>
      </w:r>
      <w:r>
        <w:br/>
        <w:t>• Responses provide evidence for Assessment as Learning and support learning-skills evaluation.</w:t>
      </w:r>
      <w:r>
        <w:br/>
        <w:t>• Store completed forms in each student’s digital portfolio or LMS folder.</w:t>
      </w:r>
    </w:p>
    <w:sectPr w:rsidR="0029162C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081C2" w14:textId="77777777" w:rsidR="00246077" w:rsidRDefault="00246077" w:rsidP="000844E0">
      <w:pPr>
        <w:spacing w:after="0" w:line="240" w:lineRule="auto"/>
      </w:pPr>
      <w:r>
        <w:separator/>
      </w:r>
    </w:p>
  </w:endnote>
  <w:endnote w:type="continuationSeparator" w:id="0">
    <w:p w14:paraId="30178211" w14:textId="77777777" w:rsidR="00246077" w:rsidRDefault="00246077" w:rsidP="00084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6EDDD" w14:textId="77777777" w:rsidR="00246077" w:rsidRDefault="00246077" w:rsidP="000844E0">
      <w:pPr>
        <w:spacing w:after="0" w:line="240" w:lineRule="auto"/>
      </w:pPr>
      <w:r>
        <w:separator/>
      </w:r>
    </w:p>
  </w:footnote>
  <w:footnote w:type="continuationSeparator" w:id="0">
    <w:p w14:paraId="637A12C6" w14:textId="77777777" w:rsidR="00246077" w:rsidRDefault="00246077" w:rsidP="00084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4B13B" w14:textId="395E9958" w:rsidR="000844E0" w:rsidRDefault="000844E0">
    <w:pPr>
      <w:pStyle w:val="Header"/>
    </w:pPr>
    <w:r>
      <w:rPr>
        <w:noProof/>
      </w:rPr>
      <w:drawing>
        <wp:anchor distT="0" distB="0" distL="0" distR="0" simplePos="0" relativeHeight="251659264" behindDoc="0" locked="0" layoutInCell="1" allowOverlap="1" wp14:anchorId="7D2DA83F" wp14:editId="302891EC">
          <wp:simplePos x="0" y="0"/>
          <wp:positionH relativeFrom="page">
            <wp:posOffset>2827020</wp:posOffset>
          </wp:positionH>
          <wp:positionV relativeFrom="paragraph">
            <wp:posOffset>-60960</wp:posOffset>
          </wp:positionV>
          <wp:extent cx="1748154" cy="394334"/>
          <wp:effectExtent l="0" t="0" r="0" b="0"/>
          <wp:wrapNone/>
          <wp:docPr id="1" name="Image 1" descr="A close up of a logo  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A close up of a logo  Description automatically generated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48154" cy="3943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5454564">
    <w:abstractNumId w:val="8"/>
  </w:num>
  <w:num w:numId="2" w16cid:durableId="1330449886">
    <w:abstractNumId w:val="6"/>
  </w:num>
  <w:num w:numId="3" w16cid:durableId="1610819110">
    <w:abstractNumId w:val="5"/>
  </w:num>
  <w:num w:numId="4" w16cid:durableId="2051610026">
    <w:abstractNumId w:val="4"/>
  </w:num>
  <w:num w:numId="5" w16cid:durableId="1279409722">
    <w:abstractNumId w:val="7"/>
  </w:num>
  <w:num w:numId="6" w16cid:durableId="1144353015">
    <w:abstractNumId w:val="3"/>
  </w:num>
  <w:num w:numId="7" w16cid:durableId="1985162976">
    <w:abstractNumId w:val="2"/>
  </w:num>
  <w:num w:numId="8" w16cid:durableId="1763792172">
    <w:abstractNumId w:val="1"/>
  </w:num>
  <w:num w:numId="9" w16cid:durableId="70280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44E0"/>
    <w:rsid w:val="0015074B"/>
    <w:rsid w:val="00246077"/>
    <w:rsid w:val="0029162C"/>
    <w:rsid w:val="0029639D"/>
    <w:rsid w:val="00326F90"/>
    <w:rsid w:val="00AA1D8D"/>
    <w:rsid w:val="00B47730"/>
    <w:rsid w:val="00CB0664"/>
    <w:rsid w:val="00F120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B51527"/>
  <w14:defaultImageDpi w14:val="300"/>
  <w15:docId w15:val="{93A9E412-7324-4A00-AF28-1557B2762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1681</Characters>
  <Application>Microsoft Office Word</Application>
  <DocSecurity>0</DocSecurity>
  <Lines>49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Joshua Mr</cp:lastModifiedBy>
  <cp:revision>2</cp:revision>
  <dcterms:created xsi:type="dcterms:W3CDTF">2025-11-03T18:17:00Z</dcterms:created>
  <dcterms:modified xsi:type="dcterms:W3CDTF">2025-11-03T18:17:00Z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39972bd0-7283-4ee3-9565-230a49119908</vt:lpwstr>
  </property>
</Properties>
</file>